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B3D8A" w14:textId="77777777" w:rsidR="00E93E48" w:rsidRDefault="00000000">
      <w:r>
        <w:t>Federació d’Ateneus de Catalunya</w:t>
      </w:r>
    </w:p>
    <w:p w14:paraId="13B4C31C" w14:textId="77777777" w:rsidR="00E93E48" w:rsidRDefault="00000000">
      <w:r>
        <w:t>Carrer de la Sèquia, 9-11</w:t>
      </w:r>
    </w:p>
    <w:p w14:paraId="18ADB2E9" w14:textId="77777777" w:rsidR="00E93E48" w:rsidRDefault="00000000">
      <w:r>
        <w:t>08003 Barcelona</w:t>
      </w:r>
    </w:p>
    <w:p w14:paraId="5AB54ECA" w14:textId="77777777" w:rsidR="00E93E48" w:rsidRDefault="00E93E48"/>
    <w:p w14:paraId="789C736C" w14:textId="77777777" w:rsidR="00E93E48" w:rsidRDefault="00E93E48"/>
    <w:p w14:paraId="257EB888" w14:textId="77777777" w:rsidR="00B61CFC" w:rsidRDefault="00B61CFC"/>
    <w:p w14:paraId="28F10434" w14:textId="77777777" w:rsidR="00B61CFC" w:rsidRDefault="00B61CFC"/>
    <w:p w14:paraId="0E1D4A10" w14:textId="77777777" w:rsidR="00B61CFC" w:rsidRDefault="00B61CFC"/>
    <w:p w14:paraId="2504E07C" w14:textId="413AF6DD" w:rsidR="00E93E48" w:rsidRDefault="00000000">
      <w:proofErr w:type="spellStart"/>
      <w:r>
        <w:t>Benvolguts</w:t>
      </w:r>
      <w:proofErr w:type="spellEnd"/>
      <w:r>
        <w:t>,</w:t>
      </w:r>
    </w:p>
    <w:p w14:paraId="4724BE67" w14:textId="77777777" w:rsidR="00E93E48" w:rsidRDefault="00E93E48"/>
    <w:p w14:paraId="4E47E969" w14:textId="2506FFC9" w:rsidR="00B61CFC" w:rsidRPr="00B61CFC" w:rsidRDefault="00000000" w:rsidP="00B61CFC">
      <w:pPr>
        <w:rPr>
          <w:lang w:val="ca-ES"/>
        </w:rPr>
      </w:pPr>
      <w:r w:rsidRPr="00B61CFC">
        <w:rPr>
          <w:lang w:val="ca-ES"/>
        </w:rPr>
        <w:t xml:space="preserve">Jo, ........................................................................ (nom i cognoms), amb número d’identificació ................................ (DNI/NIE), </w:t>
      </w:r>
      <w:r w:rsidR="00B61CFC" w:rsidRPr="00B61CFC">
        <w:rPr>
          <w:lang w:val="ca-ES"/>
        </w:rPr>
        <w:t>secretari/ària</w:t>
      </w:r>
      <w:r w:rsidRPr="00B61CFC">
        <w:rPr>
          <w:lang w:val="ca-ES"/>
        </w:rPr>
        <w:t xml:space="preserve"> de l’entitat ........................................................................ (nom de l’entitat)</w:t>
      </w:r>
      <w:r w:rsidR="00B61CFC" w:rsidRPr="00B61CFC">
        <w:rPr>
          <w:lang w:val="ca-ES"/>
        </w:rPr>
        <w:t xml:space="preserve"> membre de la Federació d’Ateneus de Catalunya, fa constar que ......................................................... (nom i cognoms del candidat) amb número d’identificació ....................... (DNI) és </w:t>
      </w:r>
      <w:r w:rsidR="00B61CFC">
        <w:rPr>
          <w:lang w:val="ca-ES"/>
        </w:rPr>
        <w:t>soci/sòcia</w:t>
      </w:r>
      <w:r w:rsidR="00B61CFC" w:rsidRPr="00B61CFC">
        <w:rPr>
          <w:lang w:val="ca-ES"/>
        </w:rPr>
        <w:t xml:space="preserve"> de l’entitat </w:t>
      </w:r>
      <w:r w:rsidR="00B61CFC" w:rsidRPr="00B61CFC">
        <w:rPr>
          <w:lang w:val="ca-ES"/>
        </w:rPr>
        <w:t>i</w:t>
      </w:r>
      <w:r w:rsidR="00B61CFC" w:rsidRPr="00B61CFC">
        <w:rPr>
          <w:lang w:val="ca-ES"/>
        </w:rPr>
        <w:t xml:space="preserve"> avalo la seva </w:t>
      </w:r>
      <w:r w:rsidR="00B61CFC">
        <w:rPr>
          <w:lang w:val="ca-ES"/>
        </w:rPr>
        <w:t>candidatura</w:t>
      </w:r>
      <w:r w:rsidR="00B61CFC" w:rsidRPr="00B61CFC">
        <w:rPr>
          <w:lang w:val="ca-ES"/>
        </w:rPr>
        <w:t xml:space="preserve"> a formar part de la junta </w:t>
      </w:r>
      <w:r w:rsidR="00B61CFC">
        <w:rPr>
          <w:lang w:val="ca-ES"/>
        </w:rPr>
        <w:t>directiva</w:t>
      </w:r>
      <w:r w:rsidR="00B61CFC" w:rsidRPr="00B61CFC">
        <w:rPr>
          <w:lang w:val="ca-ES"/>
        </w:rPr>
        <w:t xml:space="preserve"> de la FAC </w:t>
      </w:r>
      <w:r w:rsidR="00B61CFC" w:rsidRPr="00B61CFC">
        <w:rPr>
          <w:lang w:val="ca-ES"/>
        </w:rPr>
        <w:t>en</w:t>
      </w:r>
      <w:r w:rsidR="00B61CFC" w:rsidRPr="00B61CFC">
        <w:rPr>
          <w:lang w:val="ca-ES"/>
        </w:rPr>
        <w:t xml:space="preserve"> les eleccions que se celebraran el dia 17 d’abril de 2027, en el transcurs de l’assemblea general </w:t>
      </w:r>
      <w:r w:rsidR="00B61CFC">
        <w:rPr>
          <w:lang w:val="ca-ES"/>
        </w:rPr>
        <w:t>ordinària.</w:t>
      </w:r>
    </w:p>
    <w:p w14:paraId="548AAE75" w14:textId="37D22EEC" w:rsidR="00B61CFC" w:rsidRDefault="00B61CFC" w:rsidP="00B61CFC"/>
    <w:p w14:paraId="1E68B61D" w14:textId="6753A00F" w:rsidR="00B61CFC" w:rsidRDefault="00B61CFC"/>
    <w:p w14:paraId="71451F21" w14:textId="77777777" w:rsidR="00B61CFC" w:rsidRDefault="00B61CFC"/>
    <w:p w14:paraId="30AAE1A0" w14:textId="77777777" w:rsidR="00B61CFC" w:rsidRDefault="00B61CFC"/>
    <w:p w14:paraId="27AB7944" w14:textId="77777777" w:rsidR="00B61CFC" w:rsidRDefault="00B61CFC"/>
    <w:p w14:paraId="66C52197" w14:textId="77777777" w:rsidR="00E93E48" w:rsidRDefault="00E93E48"/>
    <w:p w14:paraId="15BD88A8" w14:textId="77777777" w:rsidR="00E93E48" w:rsidRDefault="00E93E48"/>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E93E48" w14:paraId="6EB13F61" w14:textId="77777777">
        <w:tc>
          <w:tcPr>
            <w:tcW w:w="4535" w:type="dxa"/>
          </w:tcPr>
          <w:p w14:paraId="23304D87" w14:textId="77777777" w:rsidR="00E93E48" w:rsidRDefault="00000000">
            <w:r>
              <w:rPr>
                <w:b/>
              </w:rPr>
              <w:t>Signatura del/de la secretari/ària</w:t>
            </w:r>
          </w:p>
          <w:p w14:paraId="0F1B0C3D" w14:textId="77777777" w:rsidR="00E93E48" w:rsidRDefault="00E93E48"/>
          <w:p w14:paraId="1BB12B9F" w14:textId="77777777" w:rsidR="00E93E48" w:rsidRDefault="00E93E48"/>
          <w:p w14:paraId="76E333B9" w14:textId="77777777" w:rsidR="00E93E48" w:rsidRDefault="00000000">
            <w:r>
              <w:t>Nom i cognoms: ........................................</w:t>
            </w:r>
          </w:p>
          <w:p w14:paraId="05442C8F" w14:textId="77777777" w:rsidR="00E93E48" w:rsidRDefault="00000000">
            <w:r>
              <w:t>DNI/NIE: ..................................................</w:t>
            </w:r>
          </w:p>
        </w:tc>
        <w:tc>
          <w:tcPr>
            <w:tcW w:w="4535" w:type="dxa"/>
          </w:tcPr>
          <w:p w14:paraId="236E103D" w14:textId="77777777" w:rsidR="00E93E48" w:rsidRDefault="00000000">
            <w:r>
              <w:rPr>
                <w:b/>
              </w:rPr>
              <w:t>Vistiplau del/de la president/a</w:t>
            </w:r>
          </w:p>
          <w:p w14:paraId="5071C708" w14:textId="77777777" w:rsidR="00E93E48" w:rsidRDefault="00E93E48"/>
          <w:p w14:paraId="37ED53B3" w14:textId="77777777" w:rsidR="00E93E48" w:rsidRDefault="00E93E48"/>
          <w:p w14:paraId="26B0D30B" w14:textId="77777777" w:rsidR="00E93E48" w:rsidRDefault="00000000">
            <w:r>
              <w:t>Nom i cognoms: ........................................</w:t>
            </w:r>
          </w:p>
          <w:p w14:paraId="689D1EBE" w14:textId="77777777" w:rsidR="00E93E48" w:rsidRDefault="00000000">
            <w:r>
              <w:t>DNI/NIE: ..................................................</w:t>
            </w:r>
          </w:p>
        </w:tc>
      </w:tr>
    </w:tbl>
    <w:p w14:paraId="20D95CB5" w14:textId="77777777" w:rsidR="00E93E48" w:rsidRDefault="00E93E48"/>
    <w:p w14:paraId="57F0BD61" w14:textId="77777777" w:rsidR="00B61CFC" w:rsidRDefault="00B61CFC"/>
    <w:p w14:paraId="4F0B8F65" w14:textId="77777777" w:rsidR="00B61CFC" w:rsidRDefault="00B61CFC"/>
    <w:p w14:paraId="65852423" w14:textId="77777777" w:rsidR="00B61CFC" w:rsidRDefault="00B61CFC"/>
    <w:p w14:paraId="7F8CDC4B" w14:textId="77777777" w:rsidR="00B61CFC" w:rsidRDefault="00B61CFC"/>
    <w:p w14:paraId="557781A8" w14:textId="77777777" w:rsidR="00B61CFC" w:rsidRDefault="00B61CFC"/>
    <w:p w14:paraId="328EC131" w14:textId="77777777" w:rsidR="00B61CFC" w:rsidRDefault="00B61CFC"/>
    <w:p w14:paraId="042EB3F5" w14:textId="77777777" w:rsidR="00B61CFC" w:rsidRDefault="00B61CFC"/>
    <w:p w14:paraId="1EC90E14" w14:textId="77777777" w:rsidR="00B61CFC" w:rsidRDefault="00B61CFC"/>
    <w:p w14:paraId="4DC657F5" w14:textId="0EBA5E87" w:rsidR="00E93E48" w:rsidRDefault="00000000">
      <w:r>
        <w:t>........................................ (ciutat), ............ (dia) de ......................... (mes) de 2027.</w:t>
      </w:r>
    </w:p>
    <w:p w14:paraId="4D29216D" w14:textId="77777777" w:rsidR="00E93E48" w:rsidRDefault="00E93E48"/>
    <w:p w14:paraId="77105C61" w14:textId="77777777" w:rsidR="00B61CFC" w:rsidRDefault="00B61CFC">
      <w:pPr>
        <w:rPr>
          <w:i/>
          <w:highlight w:val="yellow"/>
        </w:rPr>
      </w:pPr>
    </w:p>
    <w:p w14:paraId="3F835300" w14:textId="77777777" w:rsidR="00B61CFC" w:rsidRDefault="00B61CFC">
      <w:pPr>
        <w:rPr>
          <w:i/>
          <w:highlight w:val="yellow"/>
        </w:rPr>
      </w:pPr>
    </w:p>
    <w:p w14:paraId="166E29E9" w14:textId="77777777" w:rsidR="00B61CFC" w:rsidRDefault="00B61CFC">
      <w:pPr>
        <w:rPr>
          <w:i/>
          <w:highlight w:val="yellow"/>
        </w:rPr>
      </w:pPr>
    </w:p>
    <w:p w14:paraId="7E9466F5" w14:textId="77777777" w:rsidR="00B61CFC" w:rsidRDefault="00B61CFC">
      <w:pPr>
        <w:rPr>
          <w:i/>
          <w:highlight w:val="yellow"/>
        </w:rPr>
      </w:pPr>
    </w:p>
    <w:p w14:paraId="67238AF7" w14:textId="77777777" w:rsidR="00B61CFC" w:rsidRDefault="00B61CFC">
      <w:pPr>
        <w:rPr>
          <w:i/>
          <w:highlight w:val="yellow"/>
        </w:rPr>
      </w:pPr>
    </w:p>
    <w:p w14:paraId="12F0DD88" w14:textId="77777777" w:rsidR="00B61CFC" w:rsidRDefault="00B61CFC">
      <w:pPr>
        <w:rPr>
          <w:i/>
          <w:highlight w:val="yellow"/>
        </w:rPr>
      </w:pPr>
    </w:p>
    <w:p w14:paraId="73DEDF5E" w14:textId="77777777" w:rsidR="00B61CFC" w:rsidRDefault="00B61CFC">
      <w:pPr>
        <w:rPr>
          <w:i/>
          <w:highlight w:val="yellow"/>
        </w:rPr>
      </w:pPr>
    </w:p>
    <w:p w14:paraId="5BC4A6D2" w14:textId="77777777" w:rsidR="00B61CFC" w:rsidRDefault="00B61CFC">
      <w:pPr>
        <w:rPr>
          <w:i/>
          <w:highlight w:val="yellow"/>
        </w:rPr>
      </w:pPr>
    </w:p>
    <w:p w14:paraId="3DF4411E" w14:textId="482C04E5" w:rsidR="00E93E48" w:rsidRPr="00B61CFC" w:rsidRDefault="00000000">
      <w:pPr>
        <w:rPr>
          <w:sz w:val="18"/>
          <w:szCs w:val="18"/>
        </w:rPr>
      </w:pPr>
      <w:r w:rsidRPr="00B61CFC">
        <w:rPr>
          <w:i/>
          <w:sz w:val="18"/>
          <w:szCs w:val="18"/>
          <w:highlight w:val="yellow"/>
        </w:rPr>
        <w:t xml:space="preserve">Cal </w:t>
      </w:r>
      <w:proofErr w:type="spellStart"/>
      <w:r w:rsidRPr="00B61CFC">
        <w:rPr>
          <w:i/>
          <w:sz w:val="18"/>
          <w:szCs w:val="18"/>
          <w:highlight w:val="yellow"/>
        </w:rPr>
        <w:t>presentar</w:t>
      </w:r>
      <w:proofErr w:type="spellEnd"/>
      <w:r w:rsidRPr="00B61CFC">
        <w:rPr>
          <w:i/>
          <w:sz w:val="18"/>
          <w:szCs w:val="18"/>
          <w:highlight w:val="yellow"/>
        </w:rPr>
        <w:t xml:space="preserve"> un document </w:t>
      </w:r>
      <w:proofErr w:type="spellStart"/>
      <w:r w:rsidRPr="00B61CFC">
        <w:rPr>
          <w:i/>
          <w:sz w:val="18"/>
          <w:szCs w:val="18"/>
          <w:highlight w:val="yellow"/>
        </w:rPr>
        <w:t>d’aval</w:t>
      </w:r>
      <w:proofErr w:type="spellEnd"/>
      <w:r w:rsidRPr="00B61CFC">
        <w:rPr>
          <w:i/>
          <w:sz w:val="18"/>
          <w:szCs w:val="18"/>
          <w:highlight w:val="yellow"/>
        </w:rPr>
        <w:t xml:space="preserve"> per a cada persona que formi part de la candidatura. Aquest document complementa, però no substitueix, el model de presentació de candidatura ni els requisits previstos en la normativa electoral de la FAC.</w:t>
      </w:r>
    </w:p>
    <w:sectPr w:rsidR="00E93E48" w:rsidRPr="00B61CFC" w:rsidSect="00034616">
      <w:pgSz w:w="12240" w:h="15840"/>
      <w:pgMar w:top="1417"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listaambpic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listaambpic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listaambpics"/>
      <w:lvlText w:val=""/>
      <w:lvlJc w:val="left"/>
      <w:pPr>
        <w:tabs>
          <w:tab w:val="num" w:pos="360"/>
        </w:tabs>
        <w:ind w:left="360" w:hanging="360"/>
      </w:pPr>
      <w:rPr>
        <w:rFonts w:ascii="Symbol" w:hAnsi="Symbol" w:hint="default"/>
      </w:rPr>
    </w:lvl>
  </w:abstractNum>
  <w:num w:numId="1" w16cid:durableId="948508712">
    <w:abstractNumId w:val="8"/>
  </w:num>
  <w:num w:numId="2" w16cid:durableId="1192036492">
    <w:abstractNumId w:val="6"/>
  </w:num>
  <w:num w:numId="3" w16cid:durableId="1319379501">
    <w:abstractNumId w:val="5"/>
  </w:num>
  <w:num w:numId="4" w16cid:durableId="1849130004">
    <w:abstractNumId w:val="4"/>
  </w:num>
  <w:num w:numId="5" w16cid:durableId="1247033563">
    <w:abstractNumId w:val="7"/>
  </w:num>
  <w:num w:numId="6" w16cid:durableId="1908956220">
    <w:abstractNumId w:val="3"/>
  </w:num>
  <w:num w:numId="7" w16cid:durableId="1168473573">
    <w:abstractNumId w:val="2"/>
  </w:num>
  <w:num w:numId="8" w16cid:durableId="943270365">
    <w:abstractNumId w:val="1"/>
  </w:num>
  <w:num w:numId="9" w16cid:durableId="1720935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B61CFC"/>
    <w:rsid w:val="00C24421"/>
    <w:rsid w:val="00CB0664"/>
    <w:rsid w:val="00E93E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4011C0"/>
  <w14:defaultImageDpi w14:val="300"/>
  <w15:docId w15:val="{8B6990E7-37C6-4A82-AB55-3010A317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Narrow" w:eastAsia="Arial Narrow" w:hAnsi="Arial Narrow"/>
    </w:rPr>
  </w:style>
  <w:style w:type="paragraph" w:styleId="Ttol1">
    <w:name w:val="heading 1"/>
    <w:basedOn w:val="Normal"/>
    <w:next w:val="Normal"/>
    <w:link w:val="Ttol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ol2">
    <w:name w:val="heading 2"/>
    <w:basedOn w:val="Normal"/>
    <w:next w:val="Normal"/>
    <w:link w:val="Ttol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ol4">
    <w:name w:val="heading 4"/>
    <w:basedOn w:val="Normal"/>
    <w:next w:val="Normal"/>
    <w:link w:val="Ttol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ol5">
    <w:name w:val="heading 5"/>
    <w:basedOn w:val="Normal"/>
    <w:next w:val="Normal"/>
    <w:link w:val="Ttol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ol9">
    <w:name w:val="heading 9"/>
    <w:basedOn w:val="Normal"/>
    <w:next w:val="Normal"/>
    <w:link w:val="Ttol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618BF"/>
    <w:pPr>
      <w:tabs>
        <w:tab w:val="center" w:pos="4680"/>
        <w:tab w:val="right" w:pos="9360"/>
      </w:tabs>
    </w:pPr>
  </w:style>
  <w:style w:type="character" w:customStyle="1" w:styleId="CapaleraCar">
    <w:name w:val="Capçalera Car"/>
    <w:basedOn w:val="Lletraperdefectedelpargraf"/>
    <w:link w:val="Capalera"/>
    <w:uiPriority w:val="99"/>
    <w:rsid w:val="00E618BF"/>
  </w:style>
  <w:style w:type="paragraph" w:styleId="Peu">
    <w:name w:val="footer"/>
    <w:basedOn w:val="Normal"/>
    <w:link w:val="PeuCar"/>
    <w:uiPriority w:val="99"/>
    <w:unhideWhenUsed/>
    <w:rsid w:val="00E618BF"/>
    <w:pPr>
      <w:tabs>
        <w:tab w:val="center" w:pos="4680"/>
        <w:tab w:val="right" w:pos="9360"/>
      </w:tabs>
    </w:pPr>
  </w:style>
  <w:style w:type="character" w:customStyle="1" w:styleId="PeuCar">
    <w:name w:val="Peu Car"/>
    <w:basedOn w:val="Lletraperdefectedelpargraf"/>
    <w:link w:val="Peu"/>
    <w:uiPriority w:val="99"/>
    <w:rsid w:val="00E618BF"/>
  </w:style>
  <w:style w:type="paragraph" w:styleId="Senseespaiat">
    <w:name w:val="No Spacing"/>
    <w:uiPriority w:val="1"/>
    <w:qFormat/>
    <w:rsid w:val="00FC693F"/>
    <w:pPr>
      <w:spacing w:after="0" w:line="240" w:lineRule="auto"/>
    </w:pPr>
  </w:style>
  <w:style w:type="character" w:customStyle="1" w:styleId="Ttol1Car">
    <w:name w:val="Títol 1 Car"/>
    <w:basedOn w:val="Lletraperdefectedelpargraf"/>
    <w:link w:val="Tto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ol2Car">
    <w:name w:val="Títol 2 Car"/>
    <w:basedOn w:val="Lletraperdefectedelpargraf"/>
    <w:link w:val="Ttol2"/>
    <w:uiPriority w:val="9"/>
    <w:rsid w:val="00FC693F"/>
    <w:rPr>
      <w:rFonts w:asciiTheme="majorHAnsi" w:eastAsiaTheme="majorEastAsia" w:hAnsiTheme="majorHAnsi" w:cstheme="majorBidi"/>
      <w:b/>
      <w:bCs/>
      <w:color w:val="4F81BD" w:themeColor="accent1"/>
      <w:sz w:val="26"/>
      <w:szCs w:val="26"/>
    </w:rPr>
  </w:style>
  <w:style w:type="character" w:customStyle="1" w:styleId="Ttol3Car">
    <w:name w:val="Títol 3 Car"/>
    <w:basedOn w:val="Lletraperdefectedelpargraf"/>
    <w:link w:val="Ttol3"/>
    <w:uiPriority w:val="9"/>
    <w:rsid w:val="00FC693F"/>
    <w:rPr>
      <w:rFonts w:asciiTheme="majorHAnsi" w:eastAsiaTheme="majorEastAsia" w:hAnsiTheme="majorHAnsi" w:cstheme="majorBidi"/>
      <w:b/>
      <w:bCs/>
      <w:color w:val="4F81BD" w:themeColor="accent1"/>
    </w:rPr>
  </w:style>
  <w:style w:type="paragraph" w:styleId="Ttol">
    <w:name w:val="Title"/>
    <w:basedOn w:val="Normal"/>
    <w:next w:val="Normal"/>
    <w:link w:val="Ttol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olCar">
    <w:name w:val="Títol Car"/>
    <w:basedOn w:val="Lletraperdefectedelpargraf"/>
    <w:link w:val="Tto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ol">
    <w:name w:val="Subtitle"/>
    <w:basedOn w:val="Normal"/>
    <w:next w:val="Normal"/>
    <w:link w:val="Subttol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olCar">
    <w:name w:val="Subtítol Car"/>
    <w:basedOn w:val="Lletraperdefectedelpargraf"/>
    <w:link w:val="Subttol"/>
    <w:uiPriority w:val="11"/>
    <w:rsid w:val="00FC693F"/>
    <w:rPr>
      <w:rFonts w:asciiTheme="majorHAnsi" w:eastAsiaTheme="majorEastAsia" w:hAnsiTheme="majorHAnsi" w:cstheme="majorBidi"/>
      <w:i/>
      <w:iCs/>
      <w:color w:val="4F81BD" w:themeColor="accent1"/>
      <w:spacing w:val="15"/>
      <w:sz w:val="24"/>
      <w:szCs w:val="24"/>
    </w:rPr>
  </w:style>
  <w:style w:type="paragraph" w:styleId="Pargrafdellista">
    <w:name w:val="List Paragraph"/>
    <w:basedOn w:val="Normal"/>
    <w:uiPriority w:val="34"/>
    <w:qFormat/>
    <w:rsid w:val="00FC693F"/>
    <w:pPr>
      <w:ind w:left="720"/>
      <w:contextualSpacing/>
    </w:pPr>
  </w:style>
  <w:style w:type="paragraph" w:styleId="Textindependent">
    <w:name w:val="Body Text"/>
    <w:basedOn w:val="Normal"/>
    <w:link w:val="TextindependentCar"/>
    <w:uiPriority w:val="99"/>
    <w:unhideWhenUsed/>
    <w:rsid w:val="00AA1D8D"/>
    <w:pPr>
      <w:spacing w:after="120"/>
    </w:pPr>
  </w:style>
  <w:style w:type="character" w:customStyle="1" w:styleId="TextindependentCar">
    <w:name w:val="Text independent Car"/>
    <w:basedOn w:val="Lletraperdefectedelpargraf"/>
    <w:link w:val="Textindependent"/>
    <w:uiPriority w:val="99"/>
    <w:rsid w:val="00AA1D8D"/>
  </w:style>
  <w:style w:type="paragraph" w:styleId="Textindependent2">
    <w:name w:val="Body Text 2"/>
    <w:basedOn w:val="Normal"/>
    <w:link w:val="Textindependent2Car"/>
    <w:uiPriority w:val="99"/>
    <w:unhideWhenUsed/>
    <w:rsid w:val="00AA1D8D"/>
    <w:pPr>
      <w:spacing w:after="120" w:line="480" w:lineRule="auto"/>
    </w:pPr>
  </w:style>
  <w:style w:type="character" w:customStyle="1" w:styleId="Textindependent2Car">
    <w:name w:val="Text independent 2 Car"/>
    <w:basedOn w:val="Lletraperdefectedelpargraf"/>
    <w:link w:val="Textindependent2"/>
    <w:uiPriority w:val="99"/>
    <w:rsid w:val="00AA1D8D"/>
  </w:style>
  <w:style w:type="paragraph" w:styleId="Textindependent3">
    <w:name w:val="Body Text 3"/>
    <w:basedOn w:val="Normal"/>
    <w:link w:val="Textindependent3Car"/>
    <w:uiPriority w:val="99"/>
    <w:unhideWhenUsed/>
    <w:rsid w:val="00AA1D8D"/>
    <w:pPr>
      <w:spacing w:after="120"/>
    </w:pPr>
    <w:rPr>
      <w:sz w:val="16"/>
      <w:szCs w:val="16"/>
    </w:rPr>
  </w:style>
  <w:style w:type="character" w:customStyle="1" w:styleId="Textindependent3Car">
    <w:name w:val="Text independent 3 Car"/>
    <w:basedOn w:val="Lletraperdefectedelpargraf"/>
    <w:link w:val="Textindependent3"/>
    <w:uiPriority w:val="99"/>
    <w:rsid w:val="00AA1D8D"/>
    <w:rPr>
      <w:sz w:val="16"/>
      <w:szCs w:val="16"/>
    </w:rPr>
  </w:style>
  <w:style w:type="paragraph" w:styleId="Llista">
    <w:name w:val="List"/>
    <w:basedOn w:val="Normal"/>
    <w:uiPriority w:val="99"/>
    <w:unhideWhenUsed/>
    <w:rsid w:val="00AA1D8D"/>
    <w:pPr>
      <w:ind w:left="360" w:hanging="360"/>
      <w:contextualSpacing/>
    </w:pPr>
  </w:style>
  <w:style w:type="paragraph" w:styleId="Llista2">
    <w:name w:val="List 2"/>
    <w:basedOn w:val="Normal"/>
    <w:uiPriority w:val="99"/>
    <w:unhideWhenUsed/>
    <w:rsid w:val="00326F90"/>
    <w:pPr>
      <w:ind w:left="720" w:hanging="360"/>
      <w:contextualSpacing/>
    </w:pPr>
  </w:style>
  <w:style w:type="paragraph" w:styleId="Llista3">
    <w:name w:val="List 3"/>
    <w:basedOn w:val="Normal"/>
    <w:uiPriority w:val="99"/>
    <w:unhideWhenUsed/>
    <w:rsid w:val="00326F90"/>
    <w:pPr>
      <w:ind w:left="1080" w:hanging="360"/>
      <w:contextualSpacing/>
    </w:pPr>
  </w:style>
  <w:style w:type="paragraph" w:styleId="Llistaambpics">
    <w:name w:val="List Bullet"/>
    <w:basedOn w:val="Normal"/>
    <w:uiPriority w:val="99"/>
    <w:unhideWhenUsed/>
    <w:rsid w:val="00326F90"/>
    <w:pPr>
      <w:numPr>
        <w:numId w:val="1"/>
      </w:numPr>
      <w:contextualSpacing/>
    </w:pPr>
  </w:style>
  <w:style w:type="paragraph" w:styleId="Llistaambpics2">
    <w:name w:val="List Bullet 2"/>
    <w:basedOn w:val="Normal"/>
    <w:uiPriority w:val="99"/>
    <w:unhideWhenUsed/>
    <w:rsid w:val="00326F90"/>
    <w:pPr>
      <w:numPr>
        <w:numId w:val="2"/>
      </w:numPr>
      <w:contextualSpacing/>
    </w:pPr>
  </w:style>
  <w:style w:type="paragraph" w:styleId="Llistaambpics3">
    <w:name w:val="List Bullet 3"/>
    <w:basedOn w:val="Normal"/>
    <w:uiPriority w:val="99"/>
    <w:unhideWhenUsed/>
    <w:rsid w:val="00326F90"/>
    <w:pPr>
      <w:numPr>
        <w:numId w:val="3"/>
      </w:numPr>
      <w:contextualSpacing/>
    </w:pPr>
  </w:style>
  <w:style w:type="paragraph" w:styleId="Llistanumerada">
    <w:name w:val="List Number"/>
    <w:basedOn w:val="Normal"/>
    <w:uiPriority w:val="99"/>
    <w:unhideWhenUsed/>
    <w:rsid w:val="00326F90"/>
    <w:pPr>
      <w:numPr>
        <w:numId w:val="5"/>
      </w:numPr>
      <w:contextualSpacing/>
    </w:pPr>
  </w:style>
  <w:style w:type="paragraph" w:styleId="Llistanumerada2">
    <w:name w:val="List Number 2"/>
    <w:basedOn w:val="Normal"/>
    <w:uiPriority w:val="99"/>
    <w:unhideWhenUsed/>
    <w:rsid w:val="0029639D"/>
    <w:pPr>
      <w:numPr>
        <w:numId w:val="6"/>
      </w:numPr>
      <w:contextualSpacing/>
    </w:pPr>
  </w:style>
  <w:style w:type="paragraph" w:styleId="Llistanumerada3">
    <w:name w:val="List Number 3"/>
    <w:basedOn w:val="Normal"/>
    <w:uiPriority w:val="99"/>
    <w:unhideWhenUsed/>
    <w:rsid w:val="0029639D"/>
    <w:pPr>
      <w:numPr>
        <w:numId w:val="7"/>
      </w:numPr>
      <w:contextualSpacing/>
    </w:pPr>
  </w:style>
  <w:style w:type="paragraph" w:styleId="Continuacidellista">
    <w:name w:val="List Continue"/>
    <w:basedOn w:val="Normal"/>
    <w:uiPriority w:val="99"/>
    <w:unhideWhenUsed/>
    <w:rsid w:val="0029639D"/>
    <w:pPr>
      <w:spacing w:after="120"/>
      <w:ind w:left="360"/>
      <w:contextualSpacing/>
    </w:pPr>
  </w:style>
  <w:style w:type="paragraph" w:styleId="Continuacidellista2">
    <w:name w:val="List Continue 2"/>
    <w:basedOn w:val="Normal"/>
    <w:uiPriority w:val="99"/>
    <w:unhideWhenUsed/>
    <w:rsid w:val="0029639D"/>
    <w:pPr>
      <w:spacing w:after="120"/>
      <w:ind w:left="720"/>
      <w:contextualSpacing/>
    </w:pPr>
  </w:style>
  <w:style w:type="paragraph" w:styleId="Continuacidellista3">
    <w:name w:val="List Continue 3"/>
    <w:basedOn w:val="Normal"/>
    <w:uiPriority w:val="99"/>
    <w:unhideWhenUsed/>
    <w:rsid w:val="0029639D"/>
    <w:pPr>
      <w:spacing w:after="120"/>
      <w:ind w:left="1080"/>
      <w:contextualSpacing/>
    </w:pPr>
  </w:style>
  <w:style w:type="paragraph" w:styleId="Textdemacro">
    <w:name w:val="macro"/>
    <w:link w:val="Text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demacroCar">
    <w:name w:val="Text de macro Car"/>
    <w:basedOn w:val="Lletraperdefectedelpargraf"/>
    <w:link w:val="Textde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Lletraperdefectedelpargraf"/>
    <w:link w:val="Cita"/>
    <w:uiPriority w:val="29"/>
    <w:rsid w:val="00FC693F"/>
    <w:rPr>
      <w:i/>
      <w:iCs/>
      <w:color w:val="000000" w:themeColor="text1"/>
    </w:rPr>
  </w:style>
  <w:style w:type="character" w:customStyle="1" w:styleId="Ttol4Car">
    <w:name w:val="Títol 4 Car"/>
    <w:basedOn w:val="Lletraperdefectedelpargraf"/>
    <w:link w:val="Ttol4"/>
    <w:uiPriority w:val="9"/>
    <w:semiHidden/>
    <w:rsid w:val="00FC693F"/>
    <w:rPr>
      <w:rFonts w:asciiTheme="majorHAnsi" w:eastAsiaTheme="majorEastAsia" w:hAnsiTheme="majorHAnsi" w:cstheme="majorBidi"/>
      <w:b/>
      <w:bCs/>
      <w:i/>
      <w:iCs/>
      <w:color w:val="4F81BD" w:themeColor="accent1"/>
    </w:rPr>
  </w:style>
  <w:style w:type="character" w:customStyle="1" w:styleId="Ttol5Car">
    <w:name w:val="Títol 5 Car"/>
    <w:basedOn w:val="Lletraperdefectedelpargraf"/>
    <w:link w:val="Ttol5"/>
    <w:uiPriority w:val="9"/>
    <w:semiHidden/>
    <w:rsid w:val="00FC693F"/>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FC693F"/>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FC693F"/>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FC693F"/>
    <w:rPr>
      <w:rFonts w:asciiTheme="majorHAnsi" w:eastAsiaTheme="majorEastAsia" w:hAnsiTheme="majorHAnsi" w:cstheme="majorBidi"/>
      <w:color w:val="4F81BD" w:themeColor="accent1"/>
      <w:sz w:val="20"/>
      <w:szCs w:val="20"/>
    </w:rPr>
  </w:style>
  <w:style w:type="character" w:customStyle="1" w:styleId="Ttol9Car">
    <w:name w:val="Títol 9 Car"/>
    <w:basedOn w:val="Lletraperdefectedelpargraf"/>
    <w:link w:val="Ttol9"/>
    <w:uiPriority w:val="9"/>
    <w:semiHidden/>
    <w:rsid w:val="00FC693F"/>
    <w:rPr>
      <w:rFonts w:asciiTheme="majorHAnsi" w:eastAsiaTheme="majorEastAsia" w:hAnsiTheme="majorHAnsi" w:cstheme="majorBidi"/>
      <w:i/>
      <w:iCs/>
      <w:color w:val="404040" w:themeColor="text1" w:themeTint="BF"/>
      <w:sz w:val="20"/>
      <w:szCs w:val="20"/>
    </w:rPr>
  </w:style>
  <w:style w:type="paragraph" w:styleId="Llegenda">
    <w:name w:val="caption"/>
    <w:basedOn w:val="Normal"/>
    <w:next w:val="Normal"/>
    <w:uiPriority w:val="35"/>
    <w:semiHidden/>
    <w:unhideWhenUsed/>
    <w:qFormat/>
    <w:rsid w:val="00FC693F"/>
    <w:rPr>
      <w:b/>
      <w:bCs/>
      <w:color w:val="4F81BD" w:themeColor="accent1"/>
      <w:sz w:val="18"/>
      <w:szCs w:val="18"/>
    </w:rPr>
  </w:style>
  <w:style w:type="character" w:styleId="Textennegreta">
    <w:name w:val="Strong"/>
    <w:basedOn w:val="Lletraperdefectedelpargraf"/>
    <w:uiPriority w:val="22"/>
    <w:qFormat/>
    <w:rsid w:val="00FC693F"/>
    <w:rPr>
      <w:b/>
      <w:bCs/>
    </w:rPr>
  </w:style>
  <w:style w:type="character" w:styleId="mfasi">
    <w:name w:val="Emphasis"/>
    <w:basedOn w:val="Lletraperdefectedelpargraf"/>
    <w:uiPriority w:val="20"/>
    <w:qFormat/>
    <w:rsid w:val="00FC693F"/>
    <w:rPr>
      <w:i/>
      <w:iCs/>
    </w:rPr>
  </w:style>
  <w:style w:type="paragraph" w:styleId="Citaintensa">
    <w:name w:val="Intense Quote"/>
    <w:basedOn w:val="Normal"/>
    <w:next w:val="Normal"/>
    <w:link w:val="Citaintens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intensaCar">
    <w:name w:val="Cita intensa Car"/>
    <w:basedOn w:val="Lletraperdefectedelpargraf"/>
    <w:link w:val="Citaintensa"/>
    <w:uiPriority w:val="30"/>
    <w:rsid w:val="00FC693F"/>
    <w:rPr>
      <w:b/>
      <w:bCs/>
      <w:i/>
      <w:iCs/>
      <w:color w:val="4F81BD" w:themeColor="accent1"/>
    </w:rPr>
  </w:style>
  <w:style w:type="character" w:styleId="mfasisubtil">
    <w:name w:val="Subtle Emphasis"/>
    <w:basedOn w:val="Lletraperdefectedelpargraf"/>
    <w:uiPriority w:val="19"/>
    <w:qFormat/>
    <w:rsid w:val="00FC693F"/>
    <w:rPr>
      <w:i/>
      <w:iCs/>
      <w:color w:val="808080" w:themeColor="text1" w:themeTint="7F"/>
    </w:rPr>
  </w:style>
  <w:style w:type="character" w:styleId="mfasiintens">
    <w:name w:val="Intense Emphasis"/>
    <w:basedOn w:val="Lletraperdefectedelpargraf"/>
    <w:uiPriority w:val="21"/>
    <w:qFormat/>
    <w:rsid w:val="00FC693F"/>
    <w:rPr>
      <w:b/>
      <w:bCs/>
      <w:i/>
      <w:iCs/>
      <w:color w:val="4F81BD" w:themeColor="accent1"/>
    </w:rPr>
  </w:style>
  <w:style w:type="character" w:styleId="Refernciasubtil">
    <w:name w:val="Subtle Reference"/>
    <w:basedOn w:val="Lletraperdefectedelpargraf"/>
    <w:uiPriority w:val="31"/>
    <w:qFormat/>
    <w:rsid w:val="00FC693F"/>
    <w:rPr>
      <w:smallCaps/>
      <w:color w:val="C0504D" w:themeColor="accent2"/>
      <w:u w:val="single"/>
    </w:rPr>
  </w:style>
  <w:style w:type="character" w:styleId="Refernciaintensa">
    <w:name w:val="Intense Reference"/>
    <w:basedOn w:val="Lletraperdefectedelpargraf"/>
    <w:uiPriority w:val="32"/>
    <w:qFormat/>
    <w:rsid w:val="00FC693F"/>
    <w:rPr>
      <w:b/>
      <w:bCs/>
      <w:smallCaps/>
      <w:color w:val="C0504D" w:themeColor="accent2"/>
      <w:spacing w:val="5"/>
      <w:u w:val="single"/>
    </w:rPr>
  </w:style>
  <w:style w:type="character" w:styleId="Ttoldelllibre">
    <w:name w:val="Book Title"/>
    <w:basedOn w:val="Lletraperdefectedelpargraf"/>
    <w:uiPriority w:val="33"/>
    <w:qFormat/>
    <w:rsid w:val="00FC693F"/>
    <w:rPr>
      <w:b/>
      <w:bCs/>
      <w:smallCaps/>
      <w:spacing w:val="5"/>
    </w:rPr>
  </w:style>
  <w:style w:type="paragraph" w:styleId="TtoldelIDC">
    <w:name w:val="TOC Heading"/>
    <w:basedOn w:val="Ttol1"/>
    <w:next w:val="Normal"/>
    <w:uiPriority w:val="39"/>
    <w:semiHidden/>
    <w:unhideWhenUsed/>
    <w:qFormat/>
    <w:rsid w:val="00FC693F"/>
    <w:pPr>
      <w:outlineLvl w:val="9"/>
    </w:pPr>
  </w:style>
  <w:style w:type="table" w:styleId="Taulaambquadrcula">
    <w:name w:val="Table Grid"/>
    <w:basedOn w:val="Tau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ejatsuau">
    <w:name w:val="Light Shading"/>
    <w:basedOn w:val="Tau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mbrejatsuaumfasi1">
    <w:name w:val="Light Shading Accent 1"/>
    <w:basedOn w:val="Tau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mbrejatsuaumfasi2">
    <w:name w:val="Light Shading Accent 2"/>
    <w:basedOn w:val="Tau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Ombrejatsuaumfasi3">
    <w:name w:val="Light Shading Accent 3"/>
    <w:basedOn w:val="Tau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Ombrejatsuaumfasi4">
    <w:name w:val="Light Shading Accent 4"/>
    <w:basedOn w:val="Tau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Ombrejatsuaumfasi5">
    <w:name w:val="Light Shading Accent 5"/>
    <w:basedOn w:val="Tau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Ombrejatsuaumfasi6">
    <w:name w:val="Light Shading Accent 6"/>
    <w:basedOn w:val="Tau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listaclara">
    <w:name w:val="Light List"/>
    <w:basedOn w:val="Tau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listaclaramfasi1">
    <w:name w:val="Light List Accent 1"/>
    <w:basedOn w:val="Tau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listaclaramfasi2">
    <w:name w:val="Light List Accent 2"/>
    <w:basedOn w:val="Tau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listaclaramfasi3">
    <w:name w:val="Light List Accent 3"/>
    <w:basedOn w:val="Tau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listaclaramfasi4">
    <w:name w:val="Light List Accent 4"/>
    <w:basedOn w:val="Tau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listaclaramfasi5">
    <w:name w:val="Light List Accent 5"/>
    <w:basedOn w:val="Tau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listaclaramfasi6">
    <w:name w:val="Light List Accent 6"/>
    <w:basedOn w:val="Tau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Quadrculaclara">
    <w:name w:val="Light Grid"/>
    <w:basedOn w:val="Tau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Quadrculaclaramfasi1">
    <w:name w:val="Light Grid Accent 1"/>
    <w:basedOn w:val="Tau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Quadrculaclaramfasi2">
    <w:name w:val="Light Grid Accent 2"/>
    <w:basedOn w:val="Tau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Quadrculaclaramfasi3">
    <w:name w:val="Light Grid Accent 3"/>
    <w:basedOn w:val="Tau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Quadrculaclaramfasi4">
    <w:name w:val="Light Grid Accent 4"/>
    <w:basedOn w:val="Tau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Quadrculaclaramfasi5">
    <w:name w:val="Light Grid Accent 5"/>
    <w:basedOn w:val="Tau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Quadrculaclaramfasi6">
    <w:name w:val="Light Grid Accent 6"/>
    <w:basedOn w:val="Tau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mbrejatmitj1">
    <w:name w:val="Medium Shading 1"/>
    <w:basedOn w:val="Tau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mbrejatmitj1mfasi1">
    <w:name w:val="Medium Shading 1 Accent 1"/>
    <w:basedOn w:val="Tau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mbrejatmitj1mfasi2">
    <w:name w:val="Medium Shading 1 Accent 2"/>
    <w:basedOn w:val="Tau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mbrejatmitj1mfasi3">
    <w:name w:val="Medium Shading 1 Accent 3"/>
    <w:basedOn w:val="Tau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mbrejatmitj1mfasi4">
    <w:name w:val="Medium Shading 1 Accent 4"/>
    <w:basedOn w:val="Tau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mbrejatmitj1mfasi5">
    <w:name w:val="Medium Shading 1 Accent 5"/>
    <w:basedOn w:val="Tau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mbrejatmitj1mfasi6">
    <w:name w:val="Medium Shading 1 Accent 6"/>
    <w:basedOn w:val="Tau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mbrejatmitj2">
    <w:name w:val="Medium Shading 2"/>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1">
    <w:name w:val="Medium Shading 2 Accent 1"/>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2">
    <w:name w:val="Medium Shading 2 Accent 2"/>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3">
    <w:name w:val="Medium Shading 2 Accent 3"/>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4">
    <w:name w:val="Medium Shading 2 Accent 4"/>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5">
    <w:name w:val="Medium Shading 2 Accent 5"/>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6">
    <w:name w:val="Medium Shading 2 Accent 6"/>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listamitjana1">
    <w:name w:val="Medium List 1"/>
    <w:basedOn w:val="Tau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listamitjana1mfasi1">
    <w:name w:val="Medium List 1 Accent 1"/>
    <w:basedOn w:val="Tau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listamitjana1mfasi2">
    <w:name w:val="Medium List 1 Accent 2"/>
    <w:basedOn w:val="Tau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listamitjana1mfasi3">
    <w:name w:val="Medium List 1 Accent 3"/>
    <w:basedOn w:val="Tau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listamitjana1mfasi4">
    <w:name w:val="Medium List 1 Accent 4"/>
    <w:basedOn w:val="Tau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listamitjana1mfasi5">
    <w:name w:val="Medium List 1 Accent 5"/>
    <w:basedOn w:val="Tau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listamitjana1mfasi6">
    <w:name w:val="Medium List 1 Accent 6"/>
    <w:basedOn w:val="Tau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listamitjana2">
    <w:name w:val="Medium List 2"/>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1">
    <w:name w:val="Medium List 2 Accent 1"/>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2">
    <w:name w:val="Medium List 2 Accent 2"/>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3">
    <w:name w:val="Medium List 2 Accent 3"/>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4">
    <w:name w:val="Medium List 2 Accent 4"/>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5">
    <w:name w:val="Medium List 2 Accent 5"/>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6">
    <w:name w:val="Medium List 2 Accent 6"/>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Quadrculamitjana1">
    <w:name w:val="Medium Grid 1"/>
    <w:basedOn w:val="Tau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uadrculamitjana1mfasi1">
    <w:name w:val="Medium Grid 1 Accent 1"/>
    <w:basedOn w:val="Tau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uadrculamitjana1mfasi2">
    <w:name w:val="Medium Grid 1 Accent 2"/>
    <w:basedOn w:val="Tau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uadrculamitjana1mfasi3">
    <w:name w:val="Medium Grid 1 Accent 3"/>
    <w:basedOn w:val="Tau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uadrculamitjana1mfasi4">
    <w:name w:val="Medium Grid 1 Accent 4"/>
    <w:basedOn w:val="Tau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uadrculamitjana1mfasi5">
    <w:name w:val="Medium Grid 1 Accent 5"/>
    <w:basedOn w:val="Tau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uadrculamitjana1mfasi6">
    <w:name w:val="Medium Grid 1 Accent 6"/>
    <w:basedOn w:val="Tau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Quadrculamitjana2">
    <w:name w:val="Medium Grid 2"/>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Quadrculamitjana2mfasi1">
    <w:name w:val="Medium Grid 2 Accent 1"/>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Quadrculamitjana2mfasi2">
    <w:name w:val="Medium Grid 2 Accent 2"/>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Quadrculamitjana2mfasi3">
    <w:name w:val="Medium Grid 2 Accent 3"/>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Quadrculamitjana2mfasi4">
    <w:name w:val="Medium Grid 2 Accent 4"/>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Quadrculamitjana2mfasi5">
    <w:name w:val="Medium Grid 2 Accent 5"/>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Quadrculamitjana2mfasi6">
    <w:name w:val="Medium Grid 2 Accent 6"/>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Quadrculamitjana3">
    <w:name w:val="Medium Grid 3"/>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Quadrculamitjana3mfasi1">
    <w:name w:val="Medium Grid 3 Accent 1"/>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Quadrculamitjana3mfasi2">
    <w:name w:val="Medium Grid 3 Accent 2"/>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Quadrculamitjana3mfasi3">
    <w:name w:val="Medium Grid 3 Accent 3"/>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Quadrculamitjana3mfasi4">
    <w:name w:val="Medium Grid 3 Accent 4"/>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Quadrculamitjana3mfasi5">
    <w:name w:val="Medium Grid 3 Accent 5"/>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Quadrculamitjana3mfasi6">
    <w:name w:val="Medium Grid 3 Accent 6"/>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listafosca">
    <w:name w:val="Dark List"/>
    <w:basedOn w:val="Tau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listafoscamfasi1">
    <w:name w:val="Dark List Accent 1"/>
    <w:basedOn w:val="Tau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listafoscamfasi2">
    <w:name w:val="Dark List Accent 2"/>
    <w:basedOn w:val="Tau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listafoscamfasi3">
    <w:name w:val="Dark List Accent 3"/>
    <w:basedOn w:val="Tau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listafoscamfasi4">
    <w:name w:val="Dark List Accent 4"/>
    <w:basedOn w:val="Tau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listafoscamfasi5">
    <w:name w:val="Dark List Accent 5"/>
    <w:basedOn w:val="Tau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listafoscamfasi6">
    <w:name w:val="Dark List Accent 6"/>
    <w:basedOn w:val="Tau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mbrejatmulticolor">
    <w:name w:val="Colorful Shading"/>
    <w:basedOn w:val="Tau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mbrejatmulticolormfasi1">
    <w:name w:val="Colorful Shading Accent 1"/>
    <w:basedOn w:val="Tau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Ombrejatmulticolormfasi2">
    <w:name w:val="Colorful Shading Accent 2"/>
    <w:basedOn w:val="Tau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mbrejatmulticolormfasi3">
    <w:name w:val="Colorful Shading Accent 3"/>
    <w:basedOn w:val="Tau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mbrejatmulticolormfasi4">
    <w:name w:val="Colorful Shading Accent 4"/>
    <w:basedOn w:val="Tau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mbrejatmulticolormfasi5">
    <w:name w:val="Colorful Shading Accent 5"/>
    <w:basedOn w:val="Tau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mbrejatmulticolormfasi6">
    <w:name w:val="Colorful Shading Accent 6"/>
    <w:basedOn w:val="Tau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listamulticolor">
    <w:name w:val="Colorful List"/>
    <w:basedOn w:val="Tau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listamulticolormfasi1">
    <w:name w:val="Colorful List Accent 1"/>
    <w:basedOn w:val="Tau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listamulticolormfasi2">
    <w:name w:val="Colorful List Accent 2"/>
    <w:basedOn w:val="Tau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listamulticolormfasi3">
    <w:name w:val="Colorful List Accent 3"/>
    <w:basedOn w:val="Tau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listamulticolormfasi4">
    <w:name w:val="Colorful List Accent 4"/>
    <w:basedOn w:val="Tau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listamulticolormfasi5">
    <w:name w:val="Colorful List Accent 5"/>
    <w:basedOn w:val="Tau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listamulticolormfasi6">
    <w:name w:val="Colorful List Accent 6"/>
    <w:basedOn w:val="Tau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Quadrculamulticolor">
    <w:name w:val="Colorful Grid"/>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uadrculamulticolormfasi1">
    <w:name w:val="Colorful Grid Accent 1"/>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uadrculamulticolormfasi2">
    <w:name w:val="Colorful Grid Accent 2"/>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uadrculamulticolormfasi3">
    <w:name w:val="Colorful Grid Accent 3"/>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uadrculamulticolormfasi4">
    <w:name w:val="Colorful Grid Accent 4"/>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uadrculamulticolormfasi5">
    <w:name w:val="Colorful Grid Accent 5"/>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uadrculamulticolormfasi6">
    <w:name w:val="Colorful Grid Accent 6"/>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Xavier Salmerón Carbonell</cp:lastModifiedBy>
  <cp:revision>2</cp:revision>
  <dcterms:created xsi:type="dcterms:W3CDTF">2026-10-21T11:12:00Z</dcterms:created>
  <dcterms:modified xsi:type="dcterms:W3CDTF">2026-10-21T11:12:00Z</dcterms:modified>
  <cp:category/>
</cp:coreProperties>
</file>